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3979C" w14:textId="77777777" w:rsidR="00450F15" w:rsidRPr="000D2B26" w:rsidRDefault="00000000" w:rsidP="00F37C6E">
      <w:pPr>
        <w:pStyle w:val="1"/>
        <w:spacing w:before="0"/>
        <w:rPr>
          <w:rFonts w:ascii="ＭＳ ゴシック" w:eastAsia="ＭＳ ゴシック" w:hAnsi="ＭＳ ゴシック"/>
          <w:color w:val="auto"/>
          <w:lang w:eastAsia="ja-JP"/>
        </w:rPr>
      </w:pPr>
      <w:r w:rsidRPr="000D2B26">
        <w:rPr>
          <w:rFonts w:ascii="ＭＳ ゴシック" w:eastAsia="ＭＳ ゴシック" w:hAnsi="ＭＳ ゴシック"/>
          <w:color w:val="auto"/>
          <w:lang w:eastAsia="ja-JP"/>
        </w:rPr>
        <w:t>様式４ 健康長寿とちぎづくり推進県民会議 登録事項変更届出書</w:t>
      </w:r>
    </w:p>
    <w:p w14:paraId="5D16B2D8" w14:textId="744849E1" w:rsidR="00450F15" w:rsidRPr="004D60B7" w:rsidRDefault="00000000">
      <w:pPr>
        <w:rPr>
          <w:rFonts w:ascii="ＭＳ ゴシック" w:eastAsia="ＭＳ ゴシック" w:hAnsi="ＭＳ ゴシック"/>
          <w:lang w:eastAsia="ja-JP"/>
        </w:rPr>
      </w:pPr>
      <w:r w:rsidRPr="004D60B7">
        <w:rPr>
          <w:rFonts w:ascii="ＭＳ ゴシック" w:eastAsia="ＭＳ ゴシック" w:hAnsi="ＭＳ ゴシック"/>
          <w:lang w:eastAsia="ja-JP"/>
        </w:rPr>
        <w:t>健康長寿とちぎづくり推進県民会議会長 栃木県知事 様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76"/>
        <w:gridCol w:w="7007"/>
      </w:tblGrid>
      <w:tr w:rsidR="00F37C6E" w:rsidRPr="009431AD" w14:paraId="146B27BF" w14:textId="77777777" w:rsidTr="002D5152">
        <w:trPr>
          <w:trHeight w:val="363"/>
        </w:trPr>
        <w:tc>
          <w:tcPr>
            <w:tcW w:w="16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670FA00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企業・団体名</w:t>
            </w:r>
            <w:proofErr w:type="spellEnd"/>
          </w:p>
        </w:tc>
        <w:tc>
          <w:tcPr>
            <w:tcW w:w="700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33AC6F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:rsidRPr="009431AD" w14:paraId="5B9AA91B" w14:textId="77777777" w:rsidTr="002D5152">
        <w:trPr>
          <w:trHeight w:val="525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DE082F5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代表者職氏名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90CD029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:rsidRPr="009431AD" w14:paraId="5D972CA5" w14:textId="77777777" w:rsidTr="002D5152">
        <w:trPr>
          <w:trHeight w:val="378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7566672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所在地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8A50400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:rsidRPr="009431AD" w14:paraId="3F37ABD6" w14:textId="77777777" w:rsidTr="002D5152">
        <w:trPr>
          <w:trHeight w:val="1287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A8281E" w14:textId="77777777" w:rsidR="00F37C6E" w:rsidRPr="009431AD" w:rsidRDefault="00F37C6E" w:rsidP="009431AD">
            <w:pPr>
              <w:spacing w:before="240" w:line="360" w:lineRule="auto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担当者情報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17EEF9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  <w:lang w:eastAsia="ja-JP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担当部署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職氏名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/>
              </w:rPr>
              <w:br/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電話番号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FAX番号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</w:p>
        </w:tc>
      </w:tr>
    </w:tbl>
    <w:p w14:paraId="51D8AC40" w14:textId="77777777" w:rsidR="004D60B7" w:rsidRPr="00F30420" w:rsidRDefault="004D60B7" w:rsidP="0091081C">
      <w:pPr>
        <w:spacing w:before="240" w:after="0"/>
        <w:rPr>
          <w:rFonts w:asciiTheme="majorEastAsia" w:eastAsiaTheme="majorEastAsia" w:hAnsiTheme="majorEastAsia"/>
          <w:b/>
          <w:bCs/>
          <w:sz w:val="28"/>
          <w:szCs w:val="28"/>
          <w:lang w:eastAsia="ja-JP"/>
        </w:rPr>
      </w:pPr>
      <w:r w:rsidRPr="00F30420">
        <w:rPr>
          <w:rFonts w:asciiTheme="majorEastAsia" w:eastAsiaTheme="majorEastAsia" w:hAnsiTheme="majorEastAsia" w:hint="eastAsia"/>
          <w:b/>
          <w:bCs/>
          <w:sz w:val="28"/>
          <w:szCs w:val="28"/>
          <w:lang w:eastAsia="ja-JP"/>
        </w:rPr>
        <w:t>以下の事項に変更がありますので、報告します。</w:t>
      </w:r>
    </w:p>
    <w:p w14:paraId="5ECFAFB6" w14:textId="31CAF2FD" w:rsidR="004D60B7" w:rsidRPr="004D60B7" w:rsidRDefault="004D60B7" w:rsidP="004D60B7">
      <w:pPr>
        <w:spacing w:after="0" w:line="240" w:lineRule="auto"/>
        <w:rPr>
          <w:rFonts w:asciiTheme="majorEastAsia" w:eastAsiaTheme="majorEastAsia" w:hAnsiTheme="majorEastAsia"/>
          <w:lang w:eastAsia="ja-JP"/>
        </w:rPr>
      </w:pPr>
      <w:r w:rsidRPr="004D60B7">
        <w:rPr>
          <w:rFonts w:asciiTheme="majorEastAsia" w:eastAsiaTheme="majorEastAsia" w:hAnsiTheme="majorEastAsia" w:hint="eastAsia"/>
          <w:lang w:eastAsia="ja-JP"/>
        </w:rPr>
        <w:t>あてはまるものを○で囲んでください。</w:t>
      </w:r>
    </w:p>
    <w:p w14:paraId="2121E815" w14:textId="77777777" w:rsidR="004D60B7" w:rsidRPr="004D60B7" w:rsidRDefault="004D60B7" w:rsidP="004D60B7">
      <w:pPr>
        <w:spacing w:after="0" w:line="240" w:lineRule="auto"/>
        <w:rPr>
          <w:rFonts w:asciiTheme="majorEastAsia" w:eastAsiaTheme="majorEastAsia" w:hAnsiTheme="majorEastAsia"/>
          <w:sz w:val="28"/>
          <w:szCs w:val="28"/>
          <w:lang w:eastAsia="ja-JP"/>
        </w:rPr>
      </w:pPr>
    </w:p>
    <w:p w14:paraId="6094C264" w14:textId="77777777" w:rsidR="004D60B7" w:rsidRPr="0023016D" w:rsidRDefault="004D60B7" w:rsidP="002D5152">
      <w:pPr>
        <w:spacing w:after="0"/>
        <w:jc w:val="center"/>
        <w:rPr>
          <w:rFonts w:asciiTheme="majorEastAsia" w:eastAsiaTheme="majorEastAsia" w:hAnsiTheme="majorEastAsia"/>
          <w:b/>
          <w:bCs/>
          <w:sz w:val="28"/>
          <w:szCs w:val="28"/>
          <w:lang w:eastAsia="ja-JP"/>
        </w:rPr>
      </w:pPr>
      <w:r w:rsidRPr="0023016D">
        <w:rPr>
          <w:rFonts w:asciiTheme="majorEastAsia" w:eastAsiaTheme="majorEastAsia" w:hAnsiTheme="majorEastAsia" w:hint="eastAsia"/>
          <w:b/>
          <w:bCs/>
          <w:sz w:val="28"/>
          <w:szCs w:val="28"/>
          <w:lang w:eastAsia="ja-JP"/>
        </w:rPr>
        <w:t>企業・団体名 ・ 代表者の職氏名 ・ 所在地 ・ 担当者情報</w:t>
      </w:r>
    </w:p>
    <w:p w14:paraId="173F56DD" w14:textId="77777777" w:rsidR="0023016D" w:rsidRDefault="0023016D" w:rsidP="0091081C">
      <w:pPr>
        <w:spacing w:before="240"/>
        <w:jc w:val="right"/>
        <w:rPr>
          <w:rFonts w:asciiTheme="majorEastAsia" w:eastAsiaTheme="majorEastAsia" w:hAnsiTheme="majorEastAsia"/>
          <w:lang w:eastAsia="ja-JP"/>
        </w:rPr>
      </w:pPr>
      <w:r w:rsidRPr="0023016D">
        <w:rPr>
          <w:rFonts w:asciiTheme="majorEastAsia" w:eastAsiaTheme="majorEastAsia" w:hAnsiTheme="majorEastAsia" w:hint="eastAsia"/>
          <w:lang w:eastAsia="ja-JP"/>
        </w:rPr>
        <w:t>この他の変更は、下の連絡先までご連絡ください。</w:t>
      </w:r>
    </w:p>
    <w:p w14:paraId="51CBD75D" w14:textId="4B6272CF" w:rsidR="00F37C6E" w:rsidRDefault="00417DDE" w:rsidP="0023016D">
      <w:pPr>
        <w:ind w:right="880"/>
        <w:rPr>
          <w:rFonts w:asciiTheme="majorEastAsia" w:eastAsiaTheme="majorEastAsia" w:hAnsiTheme="majorEastAsia"/>
          <w:lang w:eastAsia="ja-JP"/>
        </w:rPr>
      </w:pPr>
      <w:r>
        <w:rPr>
          <w:rFonts w:asciiTheme="majorEastAsia" w:eastAsiaTheme="majorEastAsia" w:hAnsiTheme="majorEastAsia" w:hint="eastAsia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1EE2EE" wp14:editId="4639B8F5">
                <wp:simplePos x="0" y="0"/>
                <wp:positionH relativeFrom="column">
                  <wp:posOffset>1781175</wp:posOffset>
                </wp:positionH>
                <wp:positionV relativeFrom="paragraph">
                  <wp:posOffset>326390</wp:posOffset>
                </wp:positionV>
                <wp:extent cx="1762125" cy="247650"/>
                <wp:effectExtent l="0" t="0" r="28575" b="19050"/>
                <wp:wrapNone/>
                <wp:docPr id="894151446" name="二等辺三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762125" cy="247650"/>
                        </a:xfrm>
                        <a:prstGeom prst="triangle">
                          <a:avLst>
                            <a:gd name="adj" fmla="val 50602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43C586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1" o:spid="_x0000_s1026" type="#_x0000_t5" style="position:absolute;margin-left:140.25pt;margin-top:25.7pt;width:138.75pt;height:19.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" adj="10930" fillcolor="#d8d8d8 [2732]" strokecolor="black [3213]"/>
            </w:pict>
          </mc:Fallback>
        </mc:AlternateContent>
      </w:r>
      <w:r w:rsidR="004D60B7" w:rsidRPr="004D60B7">
        <w:rPr>
          <w:rFonts w:asciiTheme="majorEastAsia" w:eastAsiaTheme="majorEastAsia" w:hAnsiTheme="majorEastAsia" w:hint="eastAsia"/>
          <w:lang w:eastAsia="ja-JP"/>
        </w:rPr>
        <w:t>変更がある箇所にのみ、以後の登録名等をご記入ください。</w:t>
      </w:r>
    </w:p>
    <w:p w14:paraId="5AE277DD" w14:textId="77777777" w:rsidR="00417DDE" w:rsidRDefault="00417DDE" w:rsidP="0023016D">
      <w:pPr>
        <w:ind w:right="880"/>
        <w:rPr>
          <w:rFonts w:asciiTheme="majorEastAsia" w:eastAsiaTheme="majorEastAsia" w:hAnsiTheme="majorEastAsia"/>
          <w:lang w:eastAsia="ja-JP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76"/>
        <w:gridCol w:w="7007"/>
      </w:tblGrid>
      <w:tr w:rsidR="0023016D" w:rsidRPr="009431AD" w14:paraId="240E0E1D" w14:textId="77777777" w:rsidTr="002D5152">
        <w:trPr>
          <w:trHeight w:val="363"/>
        </w:trPr>
        <w:tc>
          <w:tcPr>
            <w:tcW w:w="16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FA16F72" w14:textId="77777777" w:rsidR="0023016D" w:rsidRPr="009431AD" w:rsidRDefault="0023016D" w:rsidP="002A0BD9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bookmarkStart w:id="0" w:name="_Hlk226114144"/>
            <w:proofErr w:type="spellStart"/>
            <w:r w:rsidRPr="009431AD">
              <w:rPr>
                <w:rFonts w:asciiTheme="majorEastAsia" w:eastAsiaTheme="majorEastAsia" w:hAnsiTheme="majorEastAsia"/>
              </w:rPr>
              <w:t>企業・団体名</w:t>
            </w:r>
            <w:proofErr w:type="spellEnd"/>
          </w:p>
        </w:tc>
        <w:tc>
          <w:tcPr>
            <w:tcW w:w="700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F3D7713" w14:textId="77777777" w:rsidR="0023016D" w:rsidRPr="009431AD" w:rsidRDefault="0023016D" w:rsidP="002A0BD9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23016D" w:rsidRPr="009431AD" w14:paraId="46D711CC" w14:textId="77777777" w:rsidTr="002D5152">
        <w:trPr>
          <w:trHeight w:val="525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402BE7" w14:textId="77777777" w:rsidR="0023016D" w:rsidRPr="009431AD" w:rsidRDefault="0023016D" w:rsidP="002A0BD9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代表者職氏名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E10DB1" w14:textId="77777777" w:rsidR="0023016D" w:rsidRPr="009431AD" w:rsidRDefault="0023016D" w:rsidP="002A0BD9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23016D" w:rsidRPr="009431AD" w14:paraId="697A256E" w14:textId="77777777" w:rsidTr="002D5152">
        <w:trPr>
          <w:trHeight w:val="378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2986D" w14:textId="77777777" w:rsidR="0023016D" w:rsidRPr="009431AD" w:rsidRDefault="0023016D" w:rsidP="002A0BD9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所在地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12E54DC" w14:textId="77777777" w:rsidR="0023016D" w:rsidRPr="009431AD" w:rsidRDefault="0023016D" w:rsidP="002A0BD9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23016D" w:rsidRPr="009431AD" w14:paraId="3717EAFA" w14:textId="77777777" w:rsidTr="002D5152">
        <w:trPr>
          <w:trHeight w:val="1287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4719F7" w14:textId="77777777" w:rsidR="0023016D" w:rsidRPr="009431AD" w:rsidRDefault="0023016D" w:rsidP="009431AD">
            <w:pPr>
              <w:spacing w:before="240" w:line="360" w:lineRule="auto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担当者情報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6C702B" w14:textId="4171FEB4" w:rsidR="0023016D" w:rsidRPr="009431AD" w:rsidRDefault="0023016D" w:rsidP="002A0BD9">
            <w:pPr>
              <w:spacing w:before="240"/>
              <w:rPr>
                <w:rFonts w:asciiTheme="majorEastAsia" w:eastAsiaTheme="majorEastAsia" w:hAnsiTheme="majorEastAsia"/>
                <w:lang w:eastAsia="ja-JP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担当部署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職氏名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/>
              </w:rPr>
              <w:br/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電話番号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FAX番号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</w:p>
        </w:tc>
      </w:tr>
    </w:tbl>
    <w:bookmarkEnd w:id="0"/>
    <w:p w14:paraId="0E4A2B6C" w14:textId="77777777" w:rsidR="00417DDE" w:rsidRDefault="0023016D" w:rsidP="00417DDE">
      <w:pPr>
        <w:spacing w:after="0" w:line="240" w:lineRule="auto"/>
        <w:ind w:right="210"/>
        <w:jc w:val="right"/>
        <w:rPr>
          <w:rFonts w:asciiTheme="majorEastAsia" w:eastAsiaTheme="majorEastAsia" w:hAnsiTheme="majorEastAsia"/>
          <w:sz w:val="21"/>
          <w:szCs w:val="21"/>
          <w:lang w:eastAsia="ja-JP"/>
        </w:rPr>
      </w:pPr>
      <w:r w:rsidRPr="00417DDE">
        <w:rPr>
          <w:rFonts w:asciiTheme="majorEastAsia" w:eastAsiaTheme="majorEastAsia" w:hAnsiTheme="majorEastAsia" w:hint="eastAsia"/>
          <w:sz w:val="21"/>
          <w:szCs w:val="21"/>
          <w:lang w:eastAsia="ja-JP"/>
        </w:rPr>
        <w:t>連絡先：栃木県</w:t>
      </w:r>
      <w:r w:rsidR="00417DDE">
        <w:rPr>
          <w:rFonts w:asciiTheme="majorEastAsia" w:eastAsiaTheme="majorEastAsia" w:hAnsiTheme="majorEastAsia" w:hint="eastAsia"/>
          <w:sz w:val="21"/>
          <w:szCs w:val="21"/>
          <w:lang w:eastAsia="ja-JP"/>
        </w:rPr>
        <w:t>保健福祉部</w:t>
      </w:r>
      <w:r w:rsidRPr="00417DDE">
        <w:rPr>
          <w:rFonts w:asciiTheme="majorEastAsia" w:eastAsiaTheme="majorEastAsia" w:hAnsiTheme="majorEastAsia" w:hint="eastAsia"/>
          <w:sz w:val="21"/>
          <w:szCs w:val="21"/>
          <w:lang w:eastAsia="ja-JP"/>
        </w:rPr>
        <w:t>健康長寿推進課 健康づくり</w:t>
      </w:r>
      <w:r w:rsidR="00417DDE">
        <w:rPr>
          <w:rFonts w:asciiTheme="majorEastAsia" w:eastAsiaTheme="majorEastAsia" w:hAnsiTheme="majorEastAsia" w:hint="eastAsia"/>
          <w:sz w:val="21"/>
          <w:szCs w:val="21"/>
          <w:lang w:eastAsia="ja-JP"/>
        </w:rPr>
        <w:t>推進班</w:t>
      </w:r>
    </w:p>
    <w:p w14:paraId="2F0F6182" w14:textId="5F6A5BA1" w:rsidR="0023016D" w:rsidRPr="00417DDE" w:rsidRDefault="00417DDE" w:rsidP="00417DDE">
      <w:pPr>
        <w:spacing w:after="0" w:line="240" w:lineRule="auto"/>
        <w:ind w:right="210"/>
        <w:jc w:val="right"/>
        <w:rPr>
          <w:rFonts w:asciiTheme="majorEastAsia" w:eastAsiaTheme="majorEastAsia" w:hAnsiTheme="majorEastAsia"/>
          <w:sz w:val="21"/>
          <w:szCs w:val="21"/>
          <w:lang w:eastAsia="ja-JP"/>
        </w:rPr>
      </w:pPr>
      <w:r>
        <w:rPr>
          <w:rFonts w:asciiTheme="majorEastAsia" w:eastAsiaTheme="majorEastAsia" w:hAnsiTheme="majorEastAsia" w:hint="eastAsia"/>
          <w:sz w:val="21"/>
          <w:szCs w:val="21"/>
          <w:lang w:eastAsia="ja-JP"/>
        </w:rPr>
        <w:t>TEL.</w:t>
      </w:r>
      <w:r w:rsidR="0023016D" w:rsidRPr="00417DDE">
        <w:rPr>
          <w:rFonts w:asciiTheme="majorEastAsia" w:eastAsiaTheme="majorEastAsia" w:hAnsiTheme="majorEastAsia" w:hint="eastAsia"/>
          <w:sz w:val="21"/>
          <w:szCs w:val="21"/>
          <w:lang w:eastAsia="ja-JP"/>
        </w:rPr>
        <w:t>０２８－６２３－３０９４</w:t>
      </w:r>
    </w:p>
    <w:p w14:paraId="5A1364FA" w14:textId="2B8D410C" w:rsidR="00450F15" w:rsidRPr="000D2B26" w:rsidRDefault="00000000">
      <w:pPr>
        <w:pStyle w:val="1"/>
        <w:rPr>
          <w:rFonts w:asciiTheme="majorEastAsia" w:hAnsiTheme="majorEastAsia"/>
          <w:color w:val="auto"/>
          <w:lang w:eastAsia="ja-JP"/>
        </w:rPr>
      </w:pPr>
      <w:r w:rsidRPr="000D2B26">
        <w:rPr>
          <w:rFonts w:asciiTheme="majorEastAsia" w:hAnsiTheme="majorEastAsia"/>
          <w:color w:val="auto"/>
          <w:lang w:eastAsia="ja-JP"/>
        </w:rPr>
        <w:lastRenderedPageBreak/>
        <w:t>様式５ 健康長寿とちぎづくり推進県民会議 退会届出書</w:t>
      </w:r>
    </w:p>
    <w:p w14:paraId="7A191DEA" w14:textId="5FA67A4A" w:rsidR="00F37C6E" w:rsidRPr="00417DDE" w:rsidRDefault="00F37C6E" w:rsidP="00F37C6E">
      <w:pPr>
        <w:rPr>
          <w:rFonts w:asciiTheme="majorEastAsia" w:eastAsiaTheme="majorEastAsia" w:hAnsiTheme="majorEastAsia"/>
          <w:lang w:eastAsia="ja-JP"/>
        </w:rPr>
      </w:pPr>
      <w:r w:rsidRPr="00417DDE">
        <w:rPr>
          <w:rFonts w:asciiTheme="majorEastAsia" w:eastAsiaTheme="majorEastAsia" w:hAnsiTheme="majorEastAsia" w:hint="eastAsia"/>
          <w:lang w:eastAsia="ja-JP"/>
        </w:rPr>
        <w:t>健康長寿とちぎづくり推進県民会議会長 栃木県知事 様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76"/>
        <w:gridCol w:w="7007"/>
      </w:tblGrid>
      <w:tr w:rsidR="00F37C6E" w14:paraId="1984E763" w14:textId="77777777" w:rsidTr="006B6130">
        <w:trPr>
          <w:trHeight w:val="363"/>
        </w:trPr>
        <w:tc>
          <w:tcPr>
            <w:tcW w:w="16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2A7CF74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企業・団体名</w:t>
            </w:r>
            <w:proofErr w:type="spellEnd"/>
          </w:p>
        </w:tc>
        <w:tc>
          <w:tcPr>
            <w:tcW w:w="700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CE5AF9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14:paraId="2CA34718" w14:textId="77777777" w:rsidTr="006B6130">
        <w:trPr>
          <w:trHeight w:val="525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AD8E25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代表者職氏名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F32D85E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14:paraId="48456287" w14:textId="77777777" w:rsidTr="006B6130">
        <w:trPr>
          <w:trHeight w:val="378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EEB3F5C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所在地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1EA6584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</w:rPr>
            </w:pPr>
          </w:p>
        </w:tc>
      </w:tr>
      <w:tr w:rsidR="00F37C6E" w14:paraId="3F598F32" w14:textId="77777777" w:rsidTr="006B6130">
        <w:trPr>
          <w:trHeight w:val="1287"/>
        </w:trPr>
        <w:tc>
          <w:tcPr>
            <w:tcW w:w="16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E1AC56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  <w:lang w:eastAsia="ja-JP"/>
              </w:rPr>
            </w:pPr>
          </w:p>
          <w:p w14:paraId="749D2A2B" w14:textId="77777777" w:rsidR="00F37C6E" w:rsidRPr="009431AD" w:rsidRDefault="00F37C6E" w:rsidP="00446EF8">
            <w:pPr>
              <w:spacing w:before="240"/>
              <w:jc w:val="center"/>
              <w:rPr>
                <w:rFonts w:asciiTheme="majorEastAsia" w:eastAsiaTheme="majorEastAsia" w:hAnsiTheme="majorEastAsia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担当者情報</w:t>
            </w:r>
            <w:proofErr w:type="spellEnd"/>
          </w:p>
        </w:tc>
        <w:tc>
          <w:tcPr>
            <w:tcW w:w="700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67A609" w14:textId="77777777" w:rsidR="00F37C6E" w:rsidRPr="009431AD" w:rsidRDefault="00F37C6E" w:rsidP="00446EF8">
            <w:pPr>
              <w:spacing w:before="240"/>
              <w:rPr>
                <w:rFonts w:asciiTheme="majorEastAsia" w:eastAsiaTheme="majorEastAsia" w:hAnsiTheme="majorEastAsia"/>
                <w:lang w:eastAsia="ja-JP"/>
              </w:rPr>
            </w:pPr>
            <w:proofErr w:type="spellStart"/>
            <w:r w:rsidRPr="009431AD">
              <w:rPr>
                <w:rFonts w:asciiTheme="majorEastAsia" w:eastAsiaTheme="majorEastAsia" w:hAnsiTheme="majorEastAsia"/>
              </w:rPr>
              <w:t>担当部署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職氏名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/>
              </w:rPr>
              <w:br/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電話番号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  <w:r w:rsidRPr="009431AD">
              <w:rPr>
                <w:rFonts w:asciiTheme="majorEastAsia" w:eastAsiaTheme="majorEastAsia" w:hAnsiTheme="majorEastAsia" w:hint="eastAsia"/>
                <w:lang w:eastAsia="ja-JP"/>
              </w:rPr>
              <w:t xml:space="preserve">　　　　　　　　　　　</w:t>
            </w:r>
            <w:proofErr w:type="spellStart"/>
            <w:r w:rsidRPr="009431AD">
              <w:rPr>
                <w:rFonts w:asciiTheme="majorEastAsia" w:eastAsiaTheme="majorEastAsia" w:hAnsiTheme="majorEastAsia"/>
              </w:rPr>
              <w:t>FAX番号</w:t>
            </w:r>
            <w:proofErr w:type="spellEnd"/>
            <w:r w:rsidRPr="009431AD">
              <w:rPr>
                <w:rFonts w:asciiTheme="majorEastAsia" w:eastAsiaTheme="majorEastAsia" w:hAnsiTheme="majorEastAsia"/>
              </w:rPr>
              <w:t>：</w:t>
            </w:r>
          </w:p>
        </w:tc>
      </w:tr>
    </w:tbl>
    <w:p w14:paraId="49B3F1A3" w14:textId="77777777" w:rsidR="00F37C6E" w:rsidRPr="00F37C6E" w:rsidRDefault="00F37C6E" w:rsidP="00F37C6E">
      <w:pPr>
        <w:rPr>
          <w:rFonts w:asciiTheme="majorEastAsia" w:eastAsiaTheme="majorEastAsia" w:hAnsiTheme="majorEastAsia"/>
          <w:lang w:eastAsia="ja-JP"/>
        </w:rPr>
      </w:pPr>
      <w:r w:rsidRPr="00F37C6E">
        <w:rPr>
          <w:rFonts w:asciiTheme="majorEastAsia" w:eastAsiaTheme="majorEastAsia" w:hAnsiTheme="majorEastAsia" w:hint="eastAsia"/>
          <w:lang w:eastAsia="ja-JP"/>
        </w:rPr>
        <w:t>このたび、都合により健康長寿とちぎ推進県民会議を退会いたします。</w:t>
      </w:r>
    </w:p>
    <w:p w14:paraId="1CD9EF7A" w14:textId="6358EB0C" w:rsidR="00F37C6E" w:rsidRPr="00F37C6E" w:rsidRDefault="00F37C6E" w:rsidP="00F37C6E">
      <w:pPr>
        <w:jc w:val="right"/>
        <w:rPr>
          <w:rFonts w:asciiTheme="majorEastAsia" w:eastAsiaTheme="majorEastAsia" w:hAnsiTheme="majorEastAsia"/>
          <w:lang w:eastAsia="ja-JP"/>
        </w:rPr>
      </w:pPr>
      <w:r w:rsidRPr="00F37C6E">
        <w:rPr>
          <w:rFonts w:asciiTheme="majorEastAsia" w:eastAsiaTheme="majorEastAsia" w:hAnsiTheme="majorEastAsia" w:hint="eastAsia"/>
          <w:lang w:eastAsia="ja-JP"/>
        </w:rPr>
        <w:t>２０</w:t>
      </w:r>
      <w:r>
        <w:rPr>
          <w:rFonts w:asciiTheme="majorEastAsia" w:eastAsiaTheme="majorEastAsia" w:hAnsiTheme="majorEastAsia" w:hint="eastAsia"/>
          <w:lang w:eastAsia="ja-JP"/>
        </w:rPr>
        <w:t xml:space="preserve">　　</w:t>
      </w:r>
      <w:r w:rsidRPr="00F37C6E">
        <w:rPr>
          <w:rFonts w:asciiTheme="majorEastAsia" w:eastAsiaTheme="majorEastAsia" w:hAnsiTheme="majorEastAsia" w:hint="eastAsia"/>
          <w:lang w:eastAsia="ja-JP"/>
        </w:rPr>
        <w:t>年 月 日</w:t>
      </w:r>
    </w:p>
    <w:p w14:paraId="0117BD19" w14:textId="61345443" w:rsidR="00450F15" w:rsidRPr="00F37C6E" w:rsidRDefault="00000000" w:rsidP="00F37C6E">
      <w:pPr>
        <w:wordWrap w:val="0"/>
        <w:jc w:val="right"/>
        <w:rPr>
          <w:rFonts w:asciiTheme="majorEastAsia" w:eastAsiaTheme="majorEastAsia" w:hAnsiTheme="majorEastAsia"/>
          <w:u w:val="single"/>
          <w:lang w:eastAsia="ja-JP"/>
        </w:rPr>
      </w:pPr>
      <w:r w:rsidRPr="00F37C6E">
        <w:rPr>
          <w:rFonts w:asciiTheme="majorEastAsia" w:eastAsiaTheme="majorEastAsia" w:hAnsiTheme="majorEastAsia"/>
          <w:u w:val="single"/>
          <w:lang w:eastAsia="ja-JP"/>
        </w:rPr>
        <w:t>企業・団体名</w:t>
      </w:r>
      <w:r w:rsidR="00F37C6E" w:rsidRPr="00F37C6E">
        <w:rPr>
          <w:rFonts w:asciiTheme="majorEastAsia" w:eastAsiaTheme="majorEastAsia" w:hAnsiTheme="majorEastAsia" w:hint="eastAsia"/>
          <w:u w:val="single"/>
          <w:lang w:eastAsia="ja-JP"/>
        </w:rPr>
        <w:t xml:space="preserve">　　　　　　　　　　　　　　　　　　　</w:t>
      </w:r>
    </w:p>
    <w:p w14:paraId="06BE15B8" w14:textId="2BF44261" w:rsidR="00450F15" w:rsidRPr="00F37C6E" w:rsidRDefault="00000000" w:rsidP="00F37C6E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proofErr w:type="spellStart"/>
      <w:r w:rsidRPr="00F37C6E">
        <w:rPr>
          <w:rFonts w:asciiTheme="majorEastAsia" w:eastAsiaTheme="majorEastAsia" w:hAnsiTheme="majorEastAsia"/>
          <w:u w:val="single"/>
        </w:rPr>
        <w:t>代表者職氏名</w:t>
      </w:r>
      <w:proofErr w:type="spellEnd"/>
      <w:r w:rsidR="00F37C6E" w:rsidRPr="00F37C6E">
        <w:rPr>
          <w:rFonts w:asciiTheme="majorEastAsia" w:eastAsiaTheme="majorEastAsia" w:hAnsiTheme="majorEastAsia" w:hint="eastAsia"/>
          <w:u w:val="single"/>
          <w:lang w:eastAsia="ja-JP"/>
        </w:rPr>
        <w:t xml:space="preserve">　　　　　　　　　　　　　　　　　　　</w:t>
      </w:r>
    </w:p>
    <w:sectPr w:rsidR="00450F15" w:rsidRPr="00F37C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01618852">
    <w:abstractNumId w:val="8"/>
  </w:num>
  <w:num w:numId="2" w16cid:durableId="503784267">
    <w:abstractNumId w:val="6"/>
  </w:num>
  <w:num w:numId="3" w16cid:durableId="1533298494">
    <w:abstractNumId w:val="5"/>
  </w:num>
  <w:num w:numId="4" w16cid:durableId="854153318">
    <w:abstractNumId w:val="4"/>
  </w:num>
  <w:num w:numId="5" w16cid:durableId="1585602811">
    <w:abstractNumId w:val="7"/>
  </w:num>
  <w:num w:numId="6" w16cid:durableId="1030035299">
    <w:abstractNumId w:val="3"/>
  </w:num>
  <w:num w:numId="7" w16cid:durableId="1044717216">
    <w:abstractNumId w:val="2"/>
  </w:num>
  <w:num w:numId="8" w16cid:durableId="1631861398">
    <w:abstractNumId w:val="1"/>
  </w:num>
  <w:num w:numId="9" w16cid:durableId="74519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706"/>
    <w:rsid w:val="00034616"/>
    <w:rsid w:val="0006063C"/>
    <w:rsid w:val="000D2B26"/>
    <w:rsid w:val="0015074B"/>
    <w:rsid w:val="0023016D"/>
    <w:rsid w:val="0029639D"/>
    <w:rsid w:val="002D5152"/>
    <w:rsid w:val="00326F90"/>
    <w:rsid w:val="00417DDE"/>
    <w:rsid w:val="00450F15"/>
    <w:rsid w:val="004D60B7"/>
    <w:rsid w:val="00556F3F"/>
    <w:rsid w:val="006B6130"/>
    <w:rsid w:val="0091081C"/>
    <w:rsid w:val="009431AD"/>
    <w:rsid w:val="00970DD9"/>
    <w:rsid w:val="00AA1D8D"/>
    <w:rsid w:val="00B47730"/>
    <w:rsid w:val="00CB0664"/>
    <w:rsid w:val="00D72AAE"/>
    <w:rsid w:val="00F30420"/>
    <w:rsid w:val="00F37C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C149C3"/>
  <w14:defaultImageDpi w14:val="300"/>
  <w15:docId w15:val="{F4F2AC44-0356-4268-AE99-82EF4119B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37C6E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篠田　優子</cp:lastModifiedBy>
  <cp:revision>12</cp:revision>
  <cp:lastPrinted>2026-04-03T04:26:00Z</cp:lastPrinted>
  <dcterms:created xsi:type="dcterms:W3CDTF">2013-12-23T23:15:00Z</dcterms:created>
  <dcterms:modified xsi:type="dcterms:W3CDTF">2026-04-03T04:40:00Z</dcterms:modified>
  <cp:category/>
</cp:coreProperties>
</file>